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8982E" w14:textId="77777777" w:rsidR="005944C5" w:rsidRPr="00E16155" w:rsidRDefault="00636CD1">
      <w:pPr>
        <w:pStyle w:val="a8"/>
        <w:jc w:val="center"/>
        <w:rPr>
          <w:b/>
          <w:sz w:val="40"/>
          <w:lang w:eastAsia="ko-KR"/>
        </w:rPr>
      </w:pPr>
      <w:r w:rsidRPr="00E16155">
        <w:rPr>
          <w:b/>
          <w:sz w:val="40"/>
          <w:lang w:eastAsia="ko-KR"/>
        </w:rPr>
        <w:t>임원추천위원회</w:t>
      </w:r>
      <w:r w:rsidRPr="00E16155">
        <w:rPr>
          <w:b/>
          <w:sz w:val="40"/>
          <w:lang w:eastAsia="ko-KR"/>
        </w:rPr>
        <w:t xml:space="preserve"> </w:t>
      </w:r>
      <w:r w:rsidRPr="00E16155">
        <w:rPr>
          <w:b/>
          <w:sz w:val="40"/>
          <w:lang w:eastAsia="ko-KR"/>
        </w:rPr>
        <w:t>회원위원</w:t>
      </w:r>
      <w:r w:rsidRPr="00E16155">
        <w:rPr>
          <w:b/>
          <w:sz w:val="40"/>
          <w:lang w:eastAsia="ko-KR"/>
        </w:rPr>
        <w:t xml:space="preserve"> </w:t>
      </w:r>
      <w:r w:rsidRPr="00E16155">
        <w:rPr>
          <w:b/>
          <w:sz w:val="40"/>
          <w:lang w:eastAsia="ko-KR"/>
        </w:rPr>
        <w:t>지원서</w:t>
      </w:r>
    </w:p>
    <w:p w14:paraId="51E2D43B" w14:textId="77777777" w:rsidR="005944C5" w:rsidRDefault="00636CD1">
      <w:pPr>
        <w:jc w:val="center"/>
        <w:rPr>
          <w:lang w:eastAsia="ko-KR"/>
        </w:rPr>
      </w:pPr>
      <w:r>
        <w:rPr>
          <w:lang w:eastAsia="ko-KR"/>
        </w:rPr>
        <w:t>동물권행동</w:t>
      </w:r>
      <w:r>
        <w:rPr>
          <w:lang w:eastAsia="ko-KR"/>
        </w:rPr>
        <w:t xml:space="preserve"> </w:t>
      </w:r>
      <w:r>
        <w:rPr>
          <w:lang w:eastAsia="ko-KR"/>
        </w:rPr>
        <w:t>카라</w:t>
      </w:r>
      <w:bookmarkStart w:id="0" w:name="_GoBack"/>
      <w:bookmarkEnd w:id="0"/>
    </w:p>
    <w:p w14:paraId="05F4CC21" w14:textId="4F0FD53E" w:rsidR="005944C5" w:rsidRPr="002E787C" w:rsidRDefault="00636CD1">
      <w:pPr>
        <w:rPr>
          <w:lang w:eastAsia="ko-KR"/>
        </w:rPr>
      </w:pPr>
      <w:r>
        <w:rPr>
          <w:sz w:val="18"/>
          <w:lang w:eastAsia="ko-KR"/>
        </w:rPr>
        <w:t>접수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마감</w:t>
      </w:r>
      <w:r w:rsidR="002E787C">
        <w:rPr>
          <w:rFonts w:hint="eastAsia"/>
          <w:sz w:val="18"/>
          <w:lang w:eastAsia="ko-KR"/>
        </w:rPr>
        <w:t>:</w:t>
      </w:r>
      <w:r>
        <w:rPr>
          <w:sz w:val="18"/>
          <w:lang w:eastAsia="ko-KR"/>
        </w:rPr>
        <w:t xml:space="preserve">  2026</w:t>
      </w:r>
      <w:r>
        <w:rPr>
          <w:sz w:val="18"/>
          <w:lang w:eastAsia="ko-KR"/>
        </w:rPr>
        <w:t>년</w:t>
      </w:r>
      <w:r>
        <w:rPr>
          <w:sz w:val="18"/>
          <w:lang w:eastAsia="ko-KR"/>
        </w:rPr>
        <w:t xml:space="preserve"> 10</w:t>
      </w:r>
      <w:r>
        <w:rPr>
          <w:sz w:val="18"/>
          <w:lang w:eastAsia="ko-KR"/>
        </w:rPr>
        <w:t>월</w:t>
      </w:r>
      <w:r>
        <w:rPr>
          <w:sz w:val="18"/>
          <w:lang w:eastAsia="ko-KR"/>
        </w:rPr>
        <w:t xml:space="preserve"> 28</w:t>
      </w:r>
      <w:r>
        <w:rPr>
          <w:sz w:val="18"/>
          <w:lang w:eastAsia="ko-KR"/>
        </w:rPr>
        <w:t>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수요일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정오</w:t>
      </w:r>
      <w:r>
        <w:rPr>
          <w:sz w:val="18"/>
          <w:lang w:eastAsia="ko-KR"/>
        </w:rPr>
        <w:t xml:space="preserve">  |  </w:t>
      </w:r>
      <w:r>
        <w:rPr>
          <w:sz w:val="18"/>
          <w:lang w:eastAsia="ko-KR"/>
        </w:rPr>
        <w:t>제출</w:t>
      </w:r>
      <w:r>
        <w:rPr>
          <w:sz w:val="18"/>
          <w:lang w:eastAsia="ko-KR"/>
        </w:rPr>
        <w:t xml:space="preserve">  </w:t>
      </w:r>
      <w:hyperlink r:id="rId8" w:history="1">
        <w:r w:rsidR="002E787C" w:rsidRPr="00F85C92">
          <w:rPr>
            <w:rStyle w:val="aff1"/>
            <w:sz w:val="18"/>
            <w:lang w:eastAsia="ko-KR"/>
          </w:rPr>
          <w:t>hr@ekara.org</w:t>
        </w:r>
      </w:hyperlink>
      <w:r w:rsidR="002E787C">
        <w:rPr>
          <w:rFonts w:hint="eastAsia"/>
          <w:sz w:val="18"/>
          <w:lang w:eastAsia="ko-KR"/>
        </w:rPr>
        <w:t xml:space="preserve"> </w:t>
      </w:r>
    </w:p>
    <w:p w14:paraId="1B47C8A9" w14:textId="77777777" w:rsidR="005944C5" w:rsidRDefault="00636CD1">
      <w:pPr>
        <w:pStyle w:val="1"/>
      </w:pPr>
      <w:r>
        <w:t xml:space="preserve">1  </w:t>
      </w:r>
      <w:r>
        <w:t>기본</w:t>
      </w:r>
      <w:r>
        <w:t xml:space="preserve"> </w:t>
      </w:r>
      <w:r>
        <w:t>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9"/>
        <w:gridCol w:w="7237"/>
      </w:tblGrid>
      <w:tr w:rsidR="005944C5" w14:paraId="336C0E64" w14:textId="77777777" w:rsidTr="00E16155">
        <w:tc>
          <w:tcPr>
            <w:tcW w:w="26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2BE9B77D" w14:textId="77777777" w:rsidR="005944C5" w:rsidRDefault="00636CD1">
            <w:pPr>
              <w:spacing w:before="100" w:after="100"/>
            </w:pPr>
            <w:r>
              <w:t>성명</w:t>
            </w:r>
          </w:p>
        </w:tc>
        <w:tc>
          <w:tcPr>
            <w:tcW w:w="7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3103D0" w14:textId="77777777" w:rsidR="005944C5" w:rsidRDefault="005944C5">
            <w:pPr>
              <w:spacing w:before="100" w:after="100"/>
            </w:pPr>
          </w:p>
        </w:tc>
      </w:tr>
      <w:tr w:rsidR="005944C5" w14:paraId="21A0ABB2" w14:textId="77777777" w:rsidTr="00E16155">
        <w:tc>
          <w:tcPr>
            <w:tcW w:w="26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5370E546" w14:textId="77777777" w:rsidR="005944C5" w:rsidRDefault="00636CD1">
            <w:pPr>
              <w:spacing w:before="100" w:after="100"/>
            </w:pPr>
            <w:r>
              <w:t>연락처</w:t>
            </w:r>
          </w:p>
        </w:tc>
        <w:tc>
          <w:tcPr>
            <w:tcW w:w="7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188B31" w14:textId="77777777" w:rsidR="005944C5" w:rsidRDefault="005944C5">
            <w:pPr>
              <w:spacing w:before="100" w:after="100"/>
            </w:pPr>
          </w:p>
        </w:tc>
      </w:tr>
      <w:tr w:rsidR="005944C5" w14:paraId="75D0216B" w14:textId="77777777" w:rsidTr="00E16155">
        <w:tc>
          <w:tcPr>
            <w:tcW w:w="26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2BE79DC9" w14:textId="77777777" w:rsidR="005944C5" w:rsidRDefault="00636CD1">
            <w:pPr>
              <w:spacing w:before="100" w:after="100"/>
            </w:pPr>
            <w:r>
              <w:t>이메일</w:t>
            </w:r>
          </w:p>
        </w:tc>
        <w:tc>
          <w:tcPr>
            <w:tcW w:w="7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9D04DA" w14:textId="77777777" w:rsidR="005944C5" w:rsidRDefault="005944C5">
            <w:pPr>
              <w:spacing w:before="100" w:after="100"/>
            </w:pPr>
          </w:p>
        </w:tc>
      </w:tr>
      <w:tr w:rsidR="005944C5" w14:paraId="1A73B1B9" w14:textId="77777777" w:rsidTr="00E16155">
        <w:tc>
          <w:tcPr>
            <w:tcW w:w="26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C9EFA62" w14:textId="77777777" w:rsidR="005944C5" w:rsidRDefault="00636CD1">
            <w:pPr>
              <w:spacing w:before="100" w:after="100"/>
            </w:pPr>
            <w:r>
              <w:t>카라</w:t>
            </w:r>
            <w:r>
              <w:t xml:space="preserve"> </w:t>
            </w:r>
            <w:r>
              <w:t>회원</w:t>
            </w:r>
            <w:r>
              <w:t xml:space="preserve"> </w:t>
            </w:r>
            <w:r>
              <w:t>확인</w:t>
            </w:r>
          </w:p>
        </w:tc>
        <w:tc>
          <w:tcPr>
            <w:tcW w:w="7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F86CD4" w14:textId="225195D2" w:rsidR="005944C5" w:rsidRDefault="00636CD1">
            <w:pPr>
              <w:spacing w:before="100" w:after="100"/>
              <w:rPr>
                <w:lang w:eastAsia="ko-KR"/>
              </w:rPr>
            </w:pPr>
            <w:r>
              <w:rPr>
                <w:lang w:eastAsia="ko-KR"/>
              </w:rPr>
              <w:t>회원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가입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등록한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연락처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또는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이메일</w:t>
            </w:r>
            <w:r w:rsidR="00E16155">
              <w:rPr>
                <w:lang w:eastAsia="ko-KR"/>
              </w:rPr>
              <w:t>(현재</w:t>
            </w:r>
            <w:r w:rsidR="00E16155">
              <w:rPr>
                <w:rFonts w:hint="eastAsia"/>
                <w:lang w:eastAsia="ko-KR"/>
              </w:rPr>
              <w:t xml:space="preserve"> 연락처와 다른 경우만 기재)</w:t>
            </w:r>
            <w:r>
              <w:rPr>
                <w:lang w:eastAsia="ko-KR"/>
              </w:rPr>
              <w:br/>
            </w:r>
          </w:p>
        </w:tc>
      </w:tr>
    </w:tbl>
    <w:p w14:paraId="6375BC3A" w14:textId="77777777" w:rsidR="005944C5" w:rsidRDefault="00636CD1">
      <w:pPr>
        <w:pStyle w:val="1"/>
        <w:rPr>
          <w:lang w:eastAsia="ko-KR"/>
        </w:rPr>
      </w:pPr>
      <w:r>
        <w:rPr>
          <w:lang w:eastAsia="ko-KR"/>
        </w:rPr>
        <w:t xml:space="preserve">2  </w:t>
      </w:r>
      <w:r>
        <w:rPr>
          <w:lang w:eastAsia="ko-KR"/>
        </w:rPr>
        <w:t>지원</w:t>
      </w:r>
      <w:r>
        <w:rPr>
          <w:lang w:eastAsia="ko-KR"/>
        </w:rPr>
        <w:t xml:space="preserve"> </w:t>
      </w:r>
      <w:r>
        <w:rPr>
          <w:lang w:eastAsia="ko-KR"/>
        </w:rPr>
        <w:t>동기</w:t>
      </w:r>
    </w:p>
    <w:p w14:paraId="36C2FBDA" w14:textId="77777777" w:rsidR="005944C5" w:rsidRDefault="00636CD1">
      <w:pPr>
        <w:rPr>
          <w:lang w:eastAsia="ko-KR"/>
        </w:rPr>
      </w:pPr>
      <w:r>
        <w:rPr>
          <w:sz w:val="18"/>
          <w:lang w:eastAsia="ko-KR"/>
        </w:rPr>
        <w:t>카라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임원추천위원회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회원위원으로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참여하고자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하는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이유를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적어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주세요</w:t>
      </w:r>
      <w:r>
        <w:rPr>
          <w:sz w:val="18"/>
          <w:lang w:eastAsia="ko-KR"/>
        </w:rPr>
        <w:t>.</w:t>
      </w:r>
    </w:p>
    <w:p w14:paraId="71449A8E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6FEA3AE9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07E2EA45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274202A7" w14:textId="1D79E5C5" w:rsidR="005944C5" w:rsidRDefault="00636CD1">
      <w:pPr>
        <w:pStyle w:val="1"/>
        <w:rPr>
          <w:lang w:eastAsia="ko-KR"/>
        </w:rPr>
      </w:pPr>
      <w:r>
        <w:rPr>
          <w:lang w:eastAsia="ko-KR"/>
        </w:rPr>
        <w:t xml:space="preserve">3  </w:t>
      </w:r>
      <w:r w:rsidR="002E787C">
        <w:rPr>
          <w:rFonts w:eastAsia="맑은 고딕" w:hint="eastAsia"/>
          <w:lang w:eastAsia="ko-KR"/>
        </w:rPr>
        <w:t>카라</w:t>
      </w:r>
      <w:r w:rsidR="00453F74">
        <w:rPr>
          <w:rFonts w:eastAsia="맑은 고딕" w:hint="eastAsia"/>
          <w:lang w:eastAsia="ko-KR"/>
        </w:rPr>
        <w:t>/</w:t>
      </w:r>
      <w:r w:rsidR="00453F74">
        <w:rPr>
          <w:rFonts w:eastAsia="맑은 고딕" w:hint="eastAsia"/>
          <w:lang w:eastAsia="ko-KR"/>
        </w:rPr>
        <w:t>동물</w:t>
      </w:r>
      <w:r w:rsidR="002E787C">
        <w:rPr>
          <w:rFonts w:eastAsia="맑은 고딕" w:hint="eastAsia"/>
          <w:lang w:eastAsia="ko-KR"/>
        </w:rPr>
        <w:t xml:space="preserve"> </w:t>
      </w:r>
      <w:r w:rsidR="00453F74">
        <w:rPr>
          <w:rFonts w:ascii="맑은 고딕" w:eastAsia="맑은 고딕" w:hAnsi="맑은 고딕" w:cs="맑은 고딕" w:hint="eastAsia"/>
          <w:lang w:eastAsia="ko-KR"/>
        </w:rPr>
        <w:t>연관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활동</w:t>
      </w:r>
      <w:r>
        <w:rPr>
          <w:lang w:eastAsia="ko-KR"/>
        </w:rPr>
        <w:t xml:space="preserve"> </w:t>
      </w:r>
      <w:r>
        <w:rPr>
          <w:lang w:eastAsia="ko-KR"/>
        </w:rPr>
        <w:t>계획</w:t>
      </w:r>
    </w:p>
    <w:p w14:paraId="2A6C933E" w14:textId="77777777" w:rsidR="005944C5" w:rsidRDefault="00636CD1">
      <w:pPr>
        <w:rPr>
          <w:lang w:eastAsia="ko-KR"/>
        </w:rPr>
      </w:pPr>
      <w:r>
        <w:rPr>
          <w:sz w:val="18"/>
          <w:lang w:eastAsia="ko-KR"/>
        </w:rPr>
        <w:t>관련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경력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활동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경험과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위원으로서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기여하고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싶은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내용을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자유롭게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적어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주세요</w:t>
      </w:r>
      <w:r>
        <w:rPr>
          <w:sz w:val="18"/>
          <w:lang w:eastAsia="ko-KR"/>
        </w:rPr>
        <w:t>.</w:t>
      </w:r>
      <w:r>
        <w:rPr>
          <w:sz w:val="18"/>
          <w:lang w:eastAsia="ko-KR"/>
        </w:rPr>
        <w:br/>
        <w:t xml:space="preserve">※ </w:t>
      </w:r>
      <w:r>
        <w:rPr>
          <w:sz w:val="18"/>
          <w:lang w:eastAsia="ko-KR"/>
        </w:rPr>
        <w:t>관련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경력이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없어도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지원할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있습니다</w:t>
      </w:r>
      <w:r>
        <w:rPr>
          <w:sz w:val="18"/>
          <w:lang w:eastAsia="ko-KR"/>
        </w:rPr>
        <w:t>.</w:t>
      </w:r>
    </w:p>
    <w:p w14:paraId="22596B72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5B7BB78C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43D6C79" w14:textId="77777777" w:rsidR="005944C5" w:rsidRDefault="00636CD1">
      <w:pPr>
        <w:pBdr>
          <w:bottom w:val="single" w:sz="3" w:space="0" w:color="D9D9D9"/>
        </w:pBdr>
        <w:spacing w:after="0" w:line="40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377260A" w14:textId="77777777" w:rsidR="005944C5" w:rsidRDefault="00636CD1">
      <w:pPr>
        <w:pStyle w:val="1"/>
        <w:rPr>
          <w:lang w:eastAsia="ko-KR"/>
        </w:rPr>
      </w:pPr>
      <w:r>
        <w:rPr>
          <w:lang w:eastAsia="ko-KR"/>
        </w:rPr>
        <w:t xml:space="preserve">4  </w:t>
      </w:r>
      <w:r>
        <w:rPr>
          <w:lang w:eastAsia="ko-KR"/>
        </w:rPr>
        <w:t>지원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</w:p>
    <w:p w14:paraId="7CFB1D6E" w14:textId="77777777" w:rsidR="005944C5" w:rsidRDefault="00636CD1">
      <w:pPr>
        <w:rPr>
          <w:lang w:eastAsia="ko-KR"/>
        </w:rPr>
      </w:pPr>
      <w:r>
        <w:rPr>
          <w:sz w:val="18"/>
          <w:lang w:eastAsia="ko-KR"/>
        </w:rPr>
        <w:t xml:space="preserve">□ </w:t>
      </w:r>
      <w:r>
        <w:rPr>
          <w:sz w:val="18"/>
          <w:lang w:eastAsia="ko-KR"/>
        </w:rPr>
        <w:t>기재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내용이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사실임을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확인하며</w:t>
      </w:r>
      <w:r>
        <w:rPr>
          <w:sz w:val="18"/>
          <w:lang w:eastAsia="ko-KR"/>
        </w:rPr>
        <w:t xml:space="preserve">, </w:t>
      </w:r>
      <w:r>
        <w:rPr>
          <w:sz w:val="18"/>
          <w:lang w:eastAsia="ko-KR"/>
        </w:rPr>
        <w:t>위원으로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선정될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경우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공정하게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심사하고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심사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과정에서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알게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비밀을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지키겠습니다</w:t>
      </w:r>
      <w:r>
        <w:rPr>
          <w:sz w:val="18"/>
          <w:lang w:eastAsia="ko-KR"/>
        </w:rPr>
        <w:t>.</w:t>
      </w:r>
    </w:p>
    <w:p w14:paraId="48A4EFF5" w14:textId="77777777" w:rsidR="005944C5" w:rsidRDefault="00636CD1">
      <w:pPr>
        <w:rPr>
          <w:lang w:eastAsia="ko-KR"/>
        </w:rPr>
      </w:pPr>
      <w:r>
        <w:rPr>
          <w:lang w:eastAsia="ko-KR"/>
        </w:rPr>
        <w:t>위와</w:t>
      </w:r>
      <w:r>
        <w:rPr>
          <w:lang w:eastAsia="ko-KR"/>
        </w:rPr>
        <w:t xml:space="preserve"> </w:t>
      </w:r>
      <w:r>
        <w:rPr>
          <w:lang w:eastAsia="ko-KR"/>
        </w:rPr>
        <w:t>같이</w:t>
      </w:r>
      <w:r>
        <w:rPr>
          <w:lang w:eastAsia="ko-KR"/>
        </w:rPr>
        <w:t xml:space="preserve"> </w:t>
      </w:r>
      <w:r>
        <w:rPr>
          <w:lang w:eastAsia="ko-KR"/>
        </w:rPr>
        <w:t>임원추천위원회</w:t>
      </w:r>
      <w:r>
        <w:rPr>
          <w:lang w:eastAsia="ko-KR"/>
        </w:rPr>
        <w:t xml:space="preserve"> </w:t>
      </w:r>
      <w:r>
        <w:rPr>
          <w:lang w:eastAsia="ko-KR"/>
        </w:rPr>
        <w:t>회원위원에</w:t>
      </w:r>
      <w:r>
        <w:rPr>
          <w:lang w:eastAsia="ko-KR"/>
        </w:rPr>
        <w:t xml:space="preserve"> </w:t>
      </w:r>
      <w:r>
        <w:rPr>
          <w:lang w:eastAsia="ko-KR"/>
        </w:rPr>
        <w:t>지원합니다</w:t>
      </w:r>
      <w:r>
        <w:rPr>
          <w:lang w:eastAsia="ko-KR"/>
        </w:rPr>
        <w:t>.</w:t>
      </w:r>
    </w:p>
    <w:p w14:paraId="7A967287" w14:textId="7704ABB4" w:rsidR="005944C5" w:rsidRDefault="00636CD1">
      <w:pPr>
        <w:jc w:val="right"/>
        <w:rPr>
          <w:lang w:eastAsia="ko-KR"/>
        </w:rPr>
      </w:pPr>
      <w:r>
        <w:rPr>
          <w:lang w:eastAsia="ko-KR"/>
        </w:rPr>
        <w:t>2026</w:t>
      </w:r>
      <w:r>
        <w:rPr>
          <w:lang w:eastAsia="ko-KR"/>
        </w:rPr>
        <w:t>년</w:t>
      </w:r>
      <w:r>
        <w:rPr>
          <w:lang w:eastAsia="ko-KR"/>
        </w:rPr>
        <w:t xml:space="preserve">    </w:t>
      </w:r>
      <w:r w:rsidR="002E787C">
        <w:rPr>
          <w:rFonts w:hint="eastAsia"/>
          <w:lang w:eastAsia="ko-KR"/>
        </w:rPr>
        <w:t>10</w:t>
      </w:r>
      <w:r>
        <w:rPr>
          <w:lang w:eastAsia="ko-KR"/>
        </w:rPr>
        <w:t xml:space="preserve"> </w:t>
      </w:r>
      <w:r>
        <w:rPr>
          <w:lang w:eastAsia="ko-KR"/>
        </w:rPr>
        <w:t>월</w:t>
      </w:r>
      <w:r>
        <w:rPr>
          <w:lang w:eastAsia="ko-KR"/>
        </w:rPr>
        <w:t xml:space="preserve">      </w:t>
      </w:r>
      <w:r>
        <w:rPr>
          <w:lang w:eastAsia="ko-KR"/>
        </w:rPr>
        <w:t>일</w:t>
      </w:r>
      <w:r>
        <w:rPr>
          <w:lang w:eastAsia="ko-KR"/>
        </w:rPr>
        <w:t xml:space="preserve">       </w:t>
      </w:r>
      <w:r>
        <w:rPr>
          <w:lang w:eastAsia="ko-KR"/>
        </w:rPr>
        <w:t>지원자</w:t>
      </w:r>
      <w:r>
        <w:rPr>
          <w:lang w:eastAsia="ko-KR"/>
        </w:rPr>
        <w:t xml:space="preserve">                     (</w:t>
      </w:r>
      <w:r>
        <w:rPr>
          <w:lang w:eastAsia="ko-KR"/>
        </w:rPr>
        <w:t>서명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날인</w:t>
      </w:r>
      <w:r>
        <w:rPr>
          <w:lang w:eastAsia="ko-KR"/>
        </w:rPr>
        <w:t>)</w:t>
      </w:r>
    </w:p>
    <w:p w14:paraId="36CF1B7E" w14:textId="77777777" w:rsidR="003F63F2" w:rsidRDefault="003F63F2">
      <w:pPr>
        <w:rPr>
          <w:b/>
          <w:sz w:val="32"/>
          <w:szCs w:val="32"/>
          <w:lang w:eastAsia="ko-KR"/>
        </w:rPr>
      </w:pPr>
    </w:p>
    <w:p w14:paraId="78B48DCA" w14:textId="0CE7E1D3" w:rsidR="005944C5" w:rsidRPr="003F63F2" w:rsidRDefault="00636CD1">
      <w:pPr>
        <w:rPr>
          <w:sz w:val="32"/>
          <w:szCs w:val="32"/>
        </w:rPr>
      </w:pPr>
      <w:r w:rsidRPr="003F63F2">
        <w:rPr>
          <w:b/>
          <w:sz w:val="32"/>
          <w:szCs w:val="32"/>
        </w:rPr>
        <w:t>동물권행동</w:t>
      </w:r>
      <w:r w:rsidRPr="003F63F2">
        <w:rPr>
          <w:b/>
          <w:sz w:val="32"/>
          <w:szCs w:val="32"/>
        </w:rPr>
        <w:t xml:space="preserve"> </w:t>
      </w:r>
      <w:r w:rsidRPr="003F63F2">
        <w:rPr>
          <w:b/>
          <w:sz w:val="32"/>
          <w:szCs w:val="32"/>
        </w:rPr>
        <w:t>카라</w:t>
      </w:r>
      <w:r w:rsidRPr="003F63F2">
        <w:rPr>
          <w:b/>
          <w:sz w:val="32"/>
          <w:szCs w:val="32"/>
        </w:rPr>
        <w:t xml:space="preserve"> </w:t>
      </w:r>
      <w:r w:rsidRPr="003F63F2">
        <w:rPr>
          <w:b/>
          <w:sz w:val="32"/>
          <w:szCs w:val="32"/>
        </w:rPr>
        <w:t>귀중</w:t>
      </w:r>
    </w:p>
    <w:sectPr w:rsidR="005944C5" w:rsidRPr="003F63F2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348FC" w14:textId="77777777" w:rsidR="00636CD1" w:rsidRDefault="00636CD1" w:rsidP="00E16155">
      <w:pPr>
        <w:spacing w:after="0" w:line="240" w:lineRule="auto"/>
      </w:pPr>
      <w:r>
        <w:separator/>
      </w:r>
    </w:p>
  </w:endnote>
  <w:endnote w:type="continuationSeparator" w:id="0">
    <w:p w14:paraId="35A5FA81" w14:textId="77777777" w:rsidR="00636CD1" w:rsidRDefault="00636CD1" w:rsidP="00E16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anumGothic">
    <w:altName w:val="부크크 명조 Light"/>
    <w:charset w:val="81"/>
    <w:family w:val="auto"/>
    <w:pitch w:val="variable"/>
    <w:sig w:usb0="00000000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3C552" w14:textId="77777777" w:rsidR="00636CD1" w:rsidRDefault="00636CD1" w:rsidP="00E16155">
      <w:pPr>
        <w:spacing w:after="0" w:line="240" w:lineRule="auto"/>
      </w:pPr>
      <w:r>
        <w:separator/>
      </w:r>
    </w:p>
  </w:footnote>
  <w:footnote w:type="continuationSeparator" w:id="0">
    <w:p w14:paraId="3FBB2070" w14:textId="77777777" w:rsidR="00636CD1" w:rsidRDefault="00636CD1" w:rsidP="00E16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3516"/>
    <w:rsid w:val="0015074B"/>
    <w:rsid w:val="0029639D"/>
    <w:rsid w:val="002E787C"/>
    <w:rsid w:val="00326F90"/>
    <w:rsid w:val="003A1548"/>
    <w:rsid w:val="003F63F2"/>
    <w:rsid w:val="00453F74"/>
    <w:rsid w:val="005944C5"/>
    <w:rsid w:val="00636CD1"/>
    <w:rsid w:val="00AA1D8D"/>
    <w:rsid w:val="00B47730"/>
    <w:rsid w:val="00CB0664"/>
    <w:rsid w:val="00E161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83C83C"/>
  <w14:defaultImageDpi w14:val="300"/>
  <w15:docId w15:val="{6A1AED5C-CD7B-44C0-8084-3BB03E58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NanumGothic" w:eastAsia="NanumGothic" w:hAnsi="NanumGothic"/>
      <w:color w:val="000000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8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2E787C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2E7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ekar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B5207E-8200-4870-A01C-C6D93569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KARA</cp:lastModifiedBy>
  <cp:revision>5</cp:revision>
  <dcterms:created xsi:type="dcterms:W3CDTF">2026-10-21T08:50:00Z</dcterms:created>
  <dcterms:modified xsi:type="dcterms:W3CDTF">2026-10-22T05:42:00Z</dcterms:modified>
  <cp:category/>
</cp:coreProperties>
</file>